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«Южная торговая производственная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