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Кемского муниципального района Республики Карелия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