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25.06.2018 ФИО1 признан несостоятельным (банкротом), в отношении должника введена процедура реализации имущества, финансовым управляющим утвержден ФИО2. Конкурсный кредитор – публичное акционерное общество «Банк «Санкт- Петербург» обратилось в Арбитражный суд Калининградской области с жалобой, уточненной в порядке статьи 49 Арбитражного процессуального кодекса Российской Федерации, на действия (бездействие) финансового управляющего ФИО2, выразившиеся в несвоевременном направлении в суд ходатайства об утверждении положения о порядке, условиях и сроках реализации имущества должника; непроведении в течение года мероприятий по реализации имущества должника в порядке, утвержденном определением от 22.03.2019; ненаправлении в Межрайонную инспекцию Федеральной налоговой службы № 1 по Калининградской области возражений на исключение из Единого государственного реестра юридических лиц принадлежащих должнику юридических лиц; а также просил отстранить арбитражного управляющего Кустова Н.Н. от исполнения обязанностей финансового управляющего имуществом гражданина и взыскать с Кустова Н.Н. в конкурсную массу должника 278 500 рублей убытков. К участию в обособленном споре в качестве третьих лиц, не заявляющих самостоятельных требований относительно предмета спора, привлечены ООО «Страховая компания «Арсеналъ», Союз «СРО АУ СЗ», Управление Росреестра по Калининградской области, ООО «СО «Помощь». Определением Арбитражного суда Калининградской области от 18.11.2020 жалоба кредитора удовлетворена. Признано незаконным бездействие финансового управляющего и с него в конкурсную массу должника взыскано 133 000 рублей убытков. Постановлением Тринадцатого арбитражного апелляционного суда от 10.02.2021 определение суда первой инстанции оставлено без изменения. Определением Арбитражного суда Калининградской области от 24.02.2021 ФИО2 освобожден от исполнения обязанностей финансового управляющего имуществом должника. Определением Арбитражного суда Калининградской области от 05.04.2021 новым финансовым управляющим утвержден ФИО3. Арбитражный суд Северо-Западного округа постановлением от 06.05.2021 судебные акты о признании незаконным бездействия финансового управляющего отменил и в удовлетворении жалобы банка отказал. Кредитор – публичное акционерное общество «Банк «Санкт-Петербург»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статьей 20.3 Федерального закона от 26.10.2002 № 127-ФЗ «О несостоятельности (банкротстве)» и в отсутствие доказательств ликвидности имущества должника в виде долей в уставных капиталах юридических лиц и возможности реализации данного имущества для целей пополнения конкурсной массы должника пришел к выводу о недоказанности банком фактов недобросовестного или неразумного поведения финансового управляющего, нарушающего права и законные интересы конкурсного кредитора. Доводы, изложенные в кассационной жалобе,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«Санкт-Петербург»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"Санкт-Петербург" Филиал "Европейский" (подробнее) Иные лица: ООО "СО "Помощь" (подробнее) ПАО "Промсвязьбанк" (подробнее) Союз "СРО АУ СЗ" (подробнее) Управление Федеральной службы государственной регистрации, кадастра и картографии по Калининградской области (подробнее) УФНС России по КО (подробнее) ф/у Кустов Николай Николаевич (подробнее) Судьи дела: Зарубина Е.Н. (судья) (подробнее) Последние документы по делу: Определение от 27 августа 2024 г. по делу № А21-4269/2018 Определение от 2 февраля 2023 г. по делу № А21-4269/2018 Определение от 29 июля 2021 г. по делу № А21-4269/2018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