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18.04.2024,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здравоохранения Республики Башкортостан Туймазинская центральная районная больница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"Медсервис+" (подробнее) Ответчики: ГОСУДАРСТВЕННОЕ БЮДЖЕТНОЕ УЧРЕЖДЕНИЕ ЗДРАВООХРАНЕНИЯ РЕСПУБЛИКИ БАШКОРТОСТАН ТУЙМАЗИНСКАЯ ЦЕНТРАЛЬНАЯ РАЙОННАЯ БОЛЬНИЦА (подробнее) Судьи дела: Антонова М.К. (судья) (подробнее) Последние документы по делу: Определение от 26 августа 2024 г. по делу № А07-17948/2023 Определение от 12 июля 2024 г. по делу № А07-17948/2023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