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Лебедевой Эмилии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