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Тюменской области «Многофункциональный центр предоставления государственных и муниципальных услуг в Тюменской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