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"ТП РЕЗЕРВ ЛОГИСТИКА" (подробнее) Ответчики: ООО "Страховая компания "Согласие" (подробнее) Иные лица: АНО "Межрегиональный Центр Экспертизы" (подробнее) Судьи дела: Антонова М.К. (судья) (подробнее) Последние документы по делу: Определение от 25 августа 2024 г. по делу № А40-6229/2023 Определение от 21 августа 2024 г. по делу № А40-6229/2023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