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«Амиркон»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"Транспортно-экспедиционная компания "Компас", г.Набережные Челны (подробнее) Ответчики: ООО "Амикрон", Тукаевский район, с.п.Малошильнинское, с.Большая Шильна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