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Судебный пристав-исполнитель Мирзалиев А.Е. ОСП Центрального района (подробнее) Судебный пристав-исполнитель Мирзалиев Александр Ержанович (подробнее) Иные лица: ГК "Агентство по страхованию вкладов" Конкурсный управляющий ООО "РИКС" (подробнее) ООО Юридическая компания "БКР"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