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«Авиакор-авиационный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"Авиакор-авиационный завод" (подробнее) Ответчики: АО "Туполев"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