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«Воткинский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АО "Воткинский завод"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