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24.05.2024,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казенного учреждения «Лечебное исправительное учреждение № 23 Главного управления Федеральной службы исполнения наказаний по Приморскому краю»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