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Кропачевского городского поселения Ашинского муниципального района Челябинской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Кропачевского городского поселения Ашинского муниципального района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