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«Рекламная компания «Пилларс 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"РЕКЛАМНАЯ КОМПАНИЯ "ПИЛЛАРС ПЛЮС" (подробнее) Ответчики: Министерство по управлению государственным имуществом Свердловской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