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«Прионежская сетевая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АО "Прионежская сетевая компания" (подробнее) Ответчики: Управление Федеральной антимонопольной службы по Республике Карелия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