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Тульской области «Тулаупрадор»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ГУ ТО "Тулаупрадор" (подробнее) Ответчики: ПАО "Ростелеком"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