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«Служба Мониторинга- Уфа»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