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АО Страховое "РЕСО-Гарантия"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