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«СибГазСеть»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"СибГазСеть" (подробнее) Ответчики: АО "Газпром добыча Томск"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