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Летягину Юрию Анатольевичу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