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«Мото Северо-Запад»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"МОТО СЕВЕРО-ЗАПАД" (подробнее) Ответчики: Северо-Западная электронная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