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МЕЖМУНИЦИПАЛЬНЫЙ ОТДЕЛ МИНИСТЕРСТВА ВНУТРЕННИХ ДЕЛ РОССИЙСКОЙ ФЕДЕРАЦИИ "КОТЛАССКИЙ" (подробнее) Ответчики: ИП Гаджиева Маржанат Магомедовна (подробнее) Иные лица: АС Архангельской области (подробнее) Четырнадцатый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