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Южной электронной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"Дельта-Групп" (подробнее) Ответчики: ЮЖНАЯ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