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«Фианит-Импэкс»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ФИАНИТ-ИМПЭКС (подробнее) Ответчики: ДОМОДЕДОВСКАЯ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