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Конструкторское бюро «Завод индустриальных машин»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"СибМаш Инвест" (подробнее) Ответчики: ООО "КОНСТРУКТОРСКОЕ БЮРО "ЗАВОД ИНДУСТРИАЛЬНЫХ МАШИН"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