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электроизоляционных материалов «Элинар»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"ЗАВОД ЭЛЕКТРОИЗОЛЯЦИОННЫХ МАТЕРИАЛОВ "ЭЛИНАР" (подробнее) Ответчики: Северо-Западная электронная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