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конкурсов и аукционов Ивановской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"Малоярославецкая производственная компания - Сталь" (подробнее) Ответчики: Департамент конкурсов и аукционов Ивановской области (подробнее) ОБУЗ "Кохомская городская больница"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