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«Государственная корпорация по организации воздушного движения в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ФГУП Госкорпорация по ОрВД " филиал "Аэронавигация Северо-Восточной Сибири" (подробнее) ФЕДЕРАЛЬНОЕ ГОСУДАРСТВЕННОЕ УНИТАРНОЕ ПРЕДПРИЯТИЕ "ГОСУДАРСТВЕННАЯ КОРПОРАЦИЯ ПО ОРГАНИЗАЦИИ ВОЗДУШНОГО ДВИЖЕНИЯ В РОССИЙСКОЙ ФЕДЕРАЦИИ" в лице филиала "АЭРОНАВИГАЦИЯ СЕВЕРО-ВОСТОЧНЫЙ СИБИРИ" (подробнее) Ответчики: АО Коммерческий Банк "МОДУЛЬБАНК" (подробнее) Иные лица: Арбитражный суд Костромской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