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бюджетному учреждению здравоохранения «Центр гигиены и эпидемиологии в Ставропольском крае»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бюджетное учреждение здравоохранения "Центр гигиены и эпидемиологии в Ставропольском крае" (подробнее) Ответчики: Управление Федеральной антимонопольной службы по Ставропольскому краю (подробнее) Иные лица: ФБУ "Северо-Кавказский ЦСМ"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