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25.03.2024,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Ответчики: МИФНС №12 по Краснодарскому краю (подробнее) Управление Федеральной налоговой службы по Краснодарскому краю (подробнее) Иные лица: ИФНС России №2 по Краснодарскому краю (подробнее) Межрайонная инспекция Федеральной налоговой службы №2 по Краснодарскому краю (подробнее) УФНС по КК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