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30.05.2024,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«Дом.РФ»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