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"Корсах Фишпродакт" (подробнее) Ответчики: Семейная (родовая) община коренного малочисленного народа нивхов "Ыхрыхы-Во" (Старое стойбище) (подробнее) Иные лица: Негосударственное образовательное дополнительного профессионального образования "Институт судебных экспертиз и криминалистики" (подробнее) ООО Легис + (подробнее) ПАО "Сбербанк России" (подробнее) Управлению Россельхознадзор по Приморскому краю (подробнее) Экспертный центр при негосударственном образовательном частном учреждении "Институт судебных экспертиз и криминалистики" эксперту Третьякову А.Г.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