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«Кубанский молочно-товарный комплекс»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сельского хозяйства Российской Федерации (подробнее) ООО " Кубанский молочно-товарный комплекс " (подробнее) Ответчики: Администрация Краснодарского края (подробнее) ДЕПАРТАМЕНТ ВЕТЕРИНАРИИ КРАСНОДАРСКОГО КРАЯ (подробнее) Департамент финансов КК (подробнее) Департамент финансов Краснодарского края (подробнее) МИНИСТЕРСТВО ФИНАНСОВ РФ (подробнее) Прокуратура Калининского района Краснодарского края (подробнее) Прокуратура Краснодарского края (подробнее) Публично-правовое образование Краснодарский край (подробнее) Южное межрегиональное управление Федеральной службы по ветеринарному и фитосанитарному надзору (подробнее) Иные лица: Министерство финансов Краснодарского края (подробнее) Прокуратура Калининского района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