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«Научно - производственное объединение дальней радиолокации имени академика А.Л. Минца»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"НАУЧНО-ПРОИЗВОДСТВЕННОЕ ПРЕДПРИЯТИЕ "ПУЛЬСАР" (подробнее) Ответчики: АО "НАУЧНО - ПРОИЗВОДСТВЕННОЕ ОБЪЕДИНЕНИЕ ДАЛЬНЕЙ РАДИОЛОКАЦИИ ИМЕНИ АКАДЕМИКА А.Л. МИНЦА" (подробнее) АО "НАУЧНО-ПРОИЗВОДСТВЕННЫЙ КОМПЛЕКС "НАУЧНО-ИССЛЕДОВАТЕЛЬСКИЙ ИНСТИТУТ ДАЛЬНЕЙ РАДИОСВЯЗИ" (подробнее) Иные лица: АО НПОДАР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