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«Научно-производственное объединение автоматики имени академика Н.А. Семихатова»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Управление Федерального казначейства по Свердловской области (подробнее) Ответчики: АО "НАУЧНО-ПРОИЗВОДСТВЕННОЕ ОБЪЕДИНЕНИЕ АВТОМАТИКИ ИМЕНИ АКАДЕМИКА Н.А. СЕМИХАТОВА" (подробнее) Иные лица: Министерство науки и высшего образования Российской Федерации (подробнее) Министерство образования и науки Российской Федерации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