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«Стройдор»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ЗАО ОБЩЕСТВО С ОГРАНИЧЕННОЙ ОТВЕТСТВЕННОСТЬЮ МАГИСТРАЛЬ ТРЕЙД (подробнее) ООО Регион-Оценка (подробнее) ООО "Стройдор" (подробнее) ПАО "Центр по перевозке грузов в контейнерах "Трансконтейнер" (подробнее) Ответчики: ООО "Магистраль Трейд"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