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«Осанна-С»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МПТ "Водоканал" Муниципального образования г. Магнитогорск (подробнее) Ответчики: ООО "Осанна-С"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