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Ступникову Павлу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