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Алтайскому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Управление Федеральной службы государственной регистрации,кадастра и картографии по АК (подробнее) Ответчики: Отделение Фонда пенсионного и социального страхования РФ по Алтайскому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