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2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Шестопалову Петру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