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Санкт-Петербургскому государственному казенному учреждению «Управление благоустройства Пушкинского района»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