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«Медицинский центр «МИРТ»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ТЕРРИТОРИАЛЬНЫЙ ОРГАН ФЕДЕРАЛЬНОЙ СЛУЖБЫ ПО НАДЗОРУ В СФЕРЕ ЗДРАВООХРАНЕНИЯ ПО КОСТРОМСКОЙ ОБЛАСТИ (подробнее) ТО Росздравнадзора по Костромской области (подробнее) Ответчики: ООО МЦ МИРТ (подробнее) Иные лица: ООО "МЕДИЦИНСКИЙЦЕНТР "МИРТ""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