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Татарстанской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"Строительная компания "КамАвтоСтрой", г.Набережные Челны (подробнее) Ответчики: Татарстанская таможня, г.Казань (подробнее) Иные лица: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