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Росреестра по РО (подробнее) Управление Федеральной службы государственной регистрации, кадастра и картографии по Ростовской области (подробнее) Ответчики: Арбитражный управляющий Замоломский Вадим Владимирович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