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Козаченко Роману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