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«Производственное объединение «Возрождение»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