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Вяткину Евгению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