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Тюкиной Елене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