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«Научно-Производственная Компания «КОМПЛЕКС-ЦЕНТР»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Арбитражный суд Восточно-Сибирского округа (подробнее) ООО "Научно-производственная компания "Комплекс-Центр" (подробнее) Ответчики: АО "РМ Рейл Абаканвагонмаш"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