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«РЕАЛОПТ»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"РЕАЛОПТ" (подробнее) Иные лица: Управление Федеральной антимонопольной службы по Смоленской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